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1D27D" w14:textId="77777777" w:rsidR="006058B9" w:rsidRDefault="00234DCA">
      <w:r>
        <w:rPr>
          <w:noProof/>
          <w:color w:val="00843D"/>
        </w:rPr>
        <w:drawing>
          <wp:inline distT="0" distB="0" distL="0" distR="0" wp14:anchorId="537863D3" wp14:editId="4C9A68D3">
            <wp:extent cx="2286000" cy="632670"/>
            <wp:effectExtent l="0" t="0" r="0" b="0"/>
            <wp:docPr id="1" name="Picture 1">
              <a:extLst xmlns:a="http://schemas.openxmlformats.org/drawingml/2006/main">
                <a:ext uri="{FF2B5EF4-FFF2-40B4-BE49-F238E27FC236}">
                  <a16:creationId xmlns:a16="http://schemas.microsoft.com/office/drawing/2014/main" id="{EE68BB9D-82CF-42AC-B841-6DCB3FAB7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E_Tours_cmyk.jpg"/>
                    <pic:cNvPicPr/>
                  </pic:nvPicPr>
                  <pic:blipFill>
                    <a:blip r:embed="rId8"/>
                    <a:stretch>
                      <a:fillRect/>
                    </a:stretch>
                  </pic:blipFill>
                  <pic:spPr>
                    <a:xfrm>
                      <a:off x="0" y="0"/>
                      <a:ext cx="2286000" cy="632670"/>
                    </a:xfrm>
                    <a:prstGeom prst="rect">
                      <a:avLst/>
                    </a:prstGeom>
                  </pic:spPr>
                </pic:pic>
              </a:graphicData>
            </a:graphic>
          </wp:inline>
        </w:drawing>
      </w:r>
    </w:p>
    <w:p w14:paraId="5234C938" w14:textId="1A16283C" w:rsidR="006058B9" w:rsidRDefault="00234DCA">
      <w:pPr>
        <w:pStyle w:val="Heading1"/>
      </w:pPr>
      <w:r>
        <w:rPr>
          <w:color w:val="00843D"/>
        </w:rPr>
        <w:t>January 2026 2-for-1 Air Partner Brief</w:t>
      </w:r>
    </w:p>
    <w:p w14:paraId="65126B0C" w14:textId="0D7F0082" w:rsidR="00687C4C" w:rsidRDefault="00E30478" w:rsidP="00687C4C">
      <w:pPr>
        <w:pStyle w:val="Heading2"/>
      </w:pPr>
      <w:r>
        <w:rPr>
          <w:color w:val="00843D"/>
        </w:rPr>
        <w:t xml:space="preserve">2-for-1 Airfare </w:t>
      </w:r>
      <w:r w:rsidR="00687C4C">
        <w:rPr>
          <w:color w:val="00843D"/>
        </w:rPr>
        <w:t>Offer Overview</w:t>
      </w:r>
    </w:p>
    <w:p w14:paraId="1031E45D" w14:textId="66883B4D" w:rsidR="00687C4C" w:rsidRPr="0068441D" w:rsidRDefault="00687C4C" w:rsidP="00687C4C">
      <w:r w:rsidRPr="0068441D">
        <w:t>Companion flies free on select 2026 Guided Tours or Custom Private Driver vacations across all CIE Tours destinations (Ireland, Britain, Iceland, Italy, and Spain).</w:t>
      </w:r>
    </w:p>
    <w:p w14:paraId="4E1851F1" w14:textId="09940FE1" w:rsidR="006058B9" w:rsidRDefault="00234DCA">
      <w:pPr>
        <w:pStyle w:val="Heading2"/>
      </w:pPr>
      <w:r>
        <w:rPr>
          <w:color w:val="00843D"/>
        </w:rPr>
        <w:t>Booking Window</w:t>
      </w:r>
    </w:p>
    <w:p w14:paraId="160C7A46" w14:textId="77777777" w:rsidR="006058B9" w:rsidRPr="0068441D" w:rsidRDefault="00234DCA">
      <w:r w:rsidRPr="0068441D">
        <w:t>January 2–30, 2026</w:t>
      </w:r>
    </w:p>
    <w:p w14:paraId="3B1A5688" w14:textId="77777777" w:rsidR="00687C4C" w:rsidRDefault="00687C4C" w:rsidP="00687C4C">
      <w:pPr>
        <w:pStyle w:val="Heading2"/>
      </w:pPr>
      <w:r>
        <w:rPr>
          <w:color w:val="00843D"/>
        </w:rPr>
        <w:t>Travel Window</w:t>
      </w:r>
    </w:p>
    <w:p w14:paraId="7C7660F7" w14:textId="77777777" w:rsidR="00687C4C" w:rsidRPr="0068441D" w:rsidRDefault="00687C4C" w:rsidP="00687C4C">
      <w:r w:rsidRPr="0068441D">
        <w:t>All 2026 through December 31 — No blackout dates.</w:t>
      </w:r>
    </w:p>
    <w:p w14:paraId="7B9E6E33" w14:textId="30A85A0B" w:rsidR="00286FC5" w:rsidRPr="00286FC5" w:rsidRDefault="00286FC5" w:rsidP="00286FC5">
      <w:pPr>
        <w:rPr>
          <w:rFonts w:asciiTheme="majorHAnsi" w:eastAsiaTheme="majorEastAsia" w:hAnsiTheme="majorHAnsi" w:cstheme="majorBidi"/>
          <w:b/>
          <w:bCs/>
          <w:color w:val="4F81BD" w:themeColor="accent1"/>
          <w:sz w:val="26"/>
          <w:szCs w:val="26"/>
        </w:rPr>
      </w:pPr>
      <w:r w:rsidRPr="00286FC5">
        <w:rPr>
          <w:rFonts w:asciiTheme="majorHAnsi" w:eastAsiaTheme="majorEastAsia" w:hAnsiTheme="majorHAnsi" w:cstheme="majorBidi"/>
          <w:b/>
          <w:bCs/>
          <w:color w:val="00843D"/>
          <w:sz w:val="26"/>
          <w:szCs w:val="26"/>
        </w:rPr>
        <w:t>How to Book</w:t>
      </w:r>
    </w:p>
    <w:p w14:paraId="50CDA0CB" w14:textId="14FB5F58" w:rsidR="00286FC5" w:rsidRDefault="00286FC5">
      <w:r w:rsidRPr="0068441D">
        <w:t>• Scheduled Tours — By Phone at 800-243-8687 or Online Chat</w:t>
      </w:r>
      <w:r w:rsidRPr="0068441D">
        <w:br/>
        <w:t xml:space="preserve">• Private Driver — By Phone at 888-467-2685 or Email </w:t>
      </w:r>
      <w:hyperlink r:id="rId9" w:history="1">
        <w:r w:rsidRPr="007D1772">
          <w:rPr>
            <w:rStyle w:val="Hyperlink"/>
          </w:rPr>
          <w:t>privatedriver@cietours.com</w:t>
        </w:r>
      </w:hyperlink>
    </w:p>
    <w:p w14:paraId="0373F007" w14:textId="7EF9E4C6" w:rsidR="006058B9" w:rsidRDefault="00234DCA">
      <w:pPr>
        <w:pStyle w:val="Heading2"/>
      </w:pPr>
      <w:r>
        <w:rPr>
          <w:color w:val="00843D"/>
        </w:rPr>
        <w:t>Eligible Guided Tours</w:t>
      </w:r>
      <w:r w:rsidR="0068441D">
        <w:rPr>
          <w:color w:val="00843D"/>
        </w:rPr>
        <w:t xml:space="preserve"> (alphabetical order)</w:t>
      </w:r>
    </w:p>
    <w:tbl>
      <w:tblPr>
        <w:tblW w:w="0" w:type="auto"/>
        <w:tblLook w:val="04A0" w:firstRow="1" w:lastRow="0" w:firstColumn="1" w:lastColumn="0" w:noHBand="0" w:noVBand="1"/>
      </w:tblPr>
      <w:tblGrid>
        <w:gridCol w:w="4309"/>
        <w:gridCol w:w="4311"/>
      </w:tblGrid>
      <w:tr w:rsidR="006058B9" w14:paraId="5C4B7E8E" w14:textId="77777777" w:rsidTr="00687C4C">
        <w:trPr>
          <w:trHeight w:val="450"/>
        </w:trPr>
        <w:tc>
          <w:tcPr>
            <w:tcW w:w="4320" w:type="dxa"/>
            <w:tcBorders>
              <w:top w:val="single" w:sz="8" w:space="0" w:color="00843D"/>
              <w:left w:val="single" w:sz="8" w:space="0" w:color="00843D"/>
              <w:bottom w:val="single" w:sz="8" w:space="0" w:color="00843D"/>
              <w:right w:val="single" w:sz="8" w:space="0" w:color="00843D"/>
            </w:tcBorders>
          </w:tcPr>
          <w:p w14:paraId="11CBFD36" w14:textId="77777777" w:rsidR="006058B9" w:rsidRPr="00286FC5" w:rsidRDefault="00234DCA">
            <w:pPr>
              <w:rPr>
                <w:b/>
                <w:bCs/>
                <w:u w:val="single"/>
              </w:rPr>
            </w:pPr>
            <w:r w:rsidRPr="00286FC5">
              <w:rPr>
                <w:b/>
                <w:bCs/>
                <w:u w:val="single"/>
              </w:rPr>
              <w:t>Tour Name</w:t>
            </w:r>
          </w:p>
        </w:tc>
        <w:tc>
          <w:tcPr>
            <w:tcW w:w="4320" w:type="dxa"/>
            <w:tcBorders>
              <w:top w:val="single" w:sz="8" w:space="0" w:color="00843D"/>
              <w:left w:val="single" w:sz="8" w:space="0" w:color="00843D"/>
              <w:bottom w:val="single" w:sz="8" w:space="0" w:color="00843D"/>
              <w:right w:val="single" w:sz="8" w:space="0" w:color="00843D"/>
            </w:tcBorders>
          </w:tcPr>
          <w:p w14:paraId="59BDAABA" w14:textId="77777777" w:rsidR="006058B9" w:rsidRPr="00286FC5" w:rsidRDefault="00234DCA">
            <w:pPr>
              <w:rPr>
                <w:b/>
                <w:bCs/>
                <w:u w:val="single"/>
              </w:rPr>
            </w:pPr>
            <w:r w:rsidRPr="00286FC5">
              <w:rPr>
                <w:b/>
                <w:bCs/>
                <w:u w:val="single"/>
              </w:rPr>
              <w:t>Destinations</w:t>
            </w:r>
          </w:p>
        </w:tc>
      </w:tr>
      <w:tr w:rsidR="006058B9" w14:paraId="4A20D52B"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5742F762" w14:textId="77777777" w:rsidR="006058B9" w:rsidRPr="00234DCA" w:rsidRDefault="00234DCA">
            <w:pPr>
              <w:rPr>
                <w:sz w:val="20"/>
                <w:szCs w:val="20"/>
              </w:rPr>
            </w:pPr>
            <w:r w:rsidRPr="00234DCA">
              <w:rPr>
                <w:sz w:val="20"/>
                <w:szCs w:val="20"/>
              </w:rPr>
              <w:t>Best of Britain</w:t>
            </w:r>
          </w:p>
        </w:tc>
        <w:tc>
          <w:tcPr>
            <w:tcW w:w="4320" w:type="dxa"/>
            <w:tcBorders>
              <w:top w:val="single" w:sz="8" w:space="0" w:color="00843D"/>
              <w:left w:val="single" w:sz="8" w:space="0" w:color="00843D"/>
              <w:bottom w:val="single" w:sz="8" w:space="0" w:color="00843D"/>
              <w:right w:val="single" w:sz="8" w:space="0" w:color="00843D"/>
            </w:tcBorders>
          </w:tcPr>
          <w:p w14:paraId="3F1956B9" w14:textId="77777777" w:rsidR="006058B9" w:rsidRPr="00234DCA" w:rsidRDefault="00234DCA">
            <w:pPr>
              <w:rPr>
                <w:sz w:val="20"/>
                <w:szCs w:val="20"/>
              </w:rPr>
            </w:pPr>
            <w:r w:rsidRPr="00234DCA">
              <w:rPr>
                <w:sz w:val="20"/>
                <w:szCs w:val="20"/>
              </w:rPr>
              <w:t>England, Scotland, Wales</w:t>
            </w:r>
          </w:p>
        </w:tc>
      </w:tr>
      <w:tr w:rsidR="006058B9" w14:paraId="7E6BEBFC"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689EA3EB" w14:textId="77777777" w:rsidR="006058B9" w:rsidRPr="00234DCA" w:rsidRDefault="00234DCA">
            <w:pPr>
              <w:rPr>
                <w:sz w:val="20"/>
                <w:szCs w:val="20"/>
              </w:rPr>
            </w:pPr>
            <w:r w:rsidRPr="00234DCA">
              <w:rPr>
                <w:sz w:val="20"/>
                <w:szCs w:val="20"/>
              </w:rPr>
              <w:t>Best of Ireland South</w:t>
            </w:r>
          </w:p>
        </w:tc>
        <w:tc>
          <w:tcPr>
            <w:tcW w:w="4320" w:type="dxa"/>
            <w:tcBorders>
              <w:top w:val="single" w:sz="8" w:space="0" w:color="00843D"/>
              <w:left w:val="single" w:sz="8" w:space="0" w:color="00843D"/>
              <w:bottom w:val="single" w:sz="8" w:space="0" w:color="00843D"/>
              <w:right w:val="single" w:sz="8" w:space="0" w:color="00843D"/>
            </w:tcBorders>
          </w:tcPr>
          <w:p w14:paraId="29034B49" w14:textId="77777777" w:rsidR="006058B9" w:rsidRPr="00234DCA" w:rsidRDefault="00234DCA">
            <w:pPr>
              <w:rPr>
                <w:sz w:val="20"/>
                <w:szCs w:val="20"/>
              </w:rPr>
            </w:pPr>
            <w:r w:rsidRPr="00234DCA">
              <w:rPr>
                <w:sz w:val="20"/>
                <w:szCs w:val="20"/>
              </w:rPr>
              <w:t>Ireland</w:t>
            </w:r>
          </w:p>
        </w:tc>
      </w:tr>
      <w:tr w:rsidR="006058B9" w14:paraId="2F983AA8"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0D4912CB" w14:textId="77777777" w:rsidR="006058B9" w:rsidRPr="00234DCA" w:rsidRDefault="00234DCA">
            <w:pPr>
              <w:rPr>
                <w:sz w:val="20"/>
                <w:szCs w:val="20"/>
              </w:rPr>
            </w:pPr>
            <w:r w:rsidRPr="00234DCA">
              <w:rPr>
                <w:sz w:val="20"/>
                <w:szCs w:val="20"/>
              </w:rPr>
              <w:t>Best of Spain</w:t>
            </w:r>
          </w:p>
        </w:tc>
        <w:tc>
          <w:tcPr>
            <w:tcW w:w="4320" w:type="dxa"/>
            <w:tcBorders>
              <w:top w:val="single" w:sz="8" w:space="0" w:color="00843D"/>
              <w:left w:val="single" w:sz="8" w:space="0" w:color="00843D"/>
              <w:bottom w:val="single" w:sz="8" w:space="0" w:color="00843D"/>
              <w:right w:val="single" w:sz="8" w:space="0" w:color="00843D"/>
            </w:tcBorders>
          </w:tcPr>
          <w:p w14:paraId="4762AD1E" w14:textId="77777777" w:rsidR="006058B9" w:rsidRPr="00234DCA" w:rsidRDefault="00234DCA">
            <w:pPr>
              <w:rPr>
                <w:sz w:val="20"/>
                <w:szCs w:val="20"/>
              </w:rPr>
            </w:pPr>
            <w:r w:rsidRPr="00234DCA">
              <w:rPr>
                <w:sz w:val="20"/>
                <w:szCs w:val="20"/>
              </w:rPr>
              <w:t>Spain</w:t>
            </w:r>
          </w:p>
        </w:tc>
      </w:tr>
      <w:tr w:rsidR="006058B9" w14:paraId="0E42246D"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7E0F01F0" w14:textId="77777777" w:rsidR="006058B9" w:rsidRPr="00234DCA" w:rsidRDefault="00234DCA">
            <w:pPr>
              <w:rPr>
                <w:sz w:val="20"/>
                <w:szCs w:val="20"/>
              </w:rPr>
            </w:pPr>
            <w:r w:rsidRPr="00234DCA">
              <w:rPr>
                <w:sz w:val="20"/>
                <w:szCs w:val="20"/>
              </w:rPr>
              <w:t>Classic Sicily</w:t>
            </w:r>
          </w:p>
        </w:tc>
        <w:tc>
          <w:tcPr>
            <w:tcW w:w="4320" w:type="dxa"/>
            <w:tcBorders>
              <w:top w:val="single" w:sz="8" w:space="0" w:color="00843D"/>
              <w:left w:val="single" w:sz="8" w:space="0" w:color="00843D"/>
              <w:bottom w:val="single" w:sz="8" w:space="0" w:color="00843D"/>
              <w:right w:val="single" w:sz="8" w:space="0" w:color="00843D"/>
            </w:tcBorders>
          </w:tcPr>
          <w:p w14:paraId="20CA5C42" w14:textId="77777777" w:rsidR="006058B9" w:rsidRPr="00234DCA" w:rsidRDefault="00234DCA">
            <w:pPr>
              <w:rPr>
                <w:sz w:val="20"/>
                <w:szCs w:val="20"/>
              </w:rPr>
            </w:pPr>
            <w:r w:rsidRPr="00234DCA">
              <w:rPr>
                <w:sz w:val="20"/>
                <w:szCs w:val="20"/>
              </w:rPr>
              <w:t>Italy (Sicily)</w:t>
            </w:r>
          </w:p>
        </w:tc>
      </w:tr>
      <w:tr w:rsidR="006058B9" w14:paraId="23EFC616"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1A7C11E9" w14:textId="77777777" w:rsidR="006058B9" w:rsidRPr="00234DCA" w:rsidRDefault="00234DCA">
            <w:pPr>
              <w:rPr>
                <w:sz w:val="20"/>
                <w:szCs w:val="20"/>
              </w:rPr>
            </w:pPr>
            <w:r w:rsidRPr="00234DCA">
              <w:rPr>
                <w:sz w:val="20"/>
                <w:szCs w:val="20"/>
              </w:rPr>
              <w:t>English Odyssey</w:t>
            </w:r>
          </w:p>
        </w:tc>
        <w:tc>
          <w:tcPr>
            <w:tcW w:w="4320" w:type="dxa"/>
            <w:tcBorders>
              <w:top w:val="single" w:sz="8" w:space="0" w:color="00843D"/>
              <w:left w:val="single" w:sz="8" w:space="0" w:color="00843D"/>
              <w:bottom w:val="single" w:sz="8" w:space="0" w:color="00843D"/>
              <w:right w:val="single" w:sz="8" w:space="0" w:color="00843D"/>
            </w:tcBorders>
          </w:tcPr>
          <w:p w14:paraId="24C7E6D9" w14:textId="77777777" w:rsidR="006058B9" w:rsidRPr="00234DCA" w:rsidRDefault="00234DCA">
            <w:pPr>
              <w:rPr>
                <w:sz w:val="20"/>
                <w:szCs w:val="20"/>
              </w:rPr>
            </w:pPr>
            <w:r w:rsidRPr="00234DCA">
              <w:rPr>
                <w:sz w:val="20"/>
                <w:szCs w:val="20"/>
              </w:rPr>
              <w:t>England</w:t>
            </w:r>
          </w:p>
        </w:tc>
      </w:tr>
      <w:tr w:rsidR="006058B9" w14:paraId="7A01E288"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408EF6C2" w14:textId="77777777" w:rsidR="006058B9" w:rsidRPr="00234DCA" w:rsidRDefault="00234DCA">
            <w:pPr>
              <w:rPr>
                <w:sz w:val="20"/>
                <w:szCs w:val="20"/>
              </w:rPr>
            </w:pPr>
            <w:r w:rsidRPr="00234DCA">
              <w:rPr>
                <w:sz w:val="20"/>
                <w:szCs w:val="20"/>
              </w:rPr>
              <w:t>Gems of Northern England</w:t>
            </w:r>
          </w:p>
        </w:tc>
        <w:tc>
          <w:tcPr>
            <w:tcW w:w="4320" w:type="dxa"/>
            <w:tcBorders>
              <w:top w:val="single" w:sz="8" w:space="0" w:color="00843D"/>
              <w:left w:val="single" w:sz="8" w:space="0" w:color="00843D"/>
              <w:bottom w:val="single" w:sz="8" w:space="0" w:color="00843D"/>
              <w:right w:val="single" w:sz="8" w:space="0" w:color="00843D"/>
            </w:tcBorders>
          </w:tcPr>
          <w:p w14:paraId="479D563B" w14:textId="77777777" w:rsidR="006058B9" w:rsidRPr="00234DCA" w:rsidRDefault="00234DCA">
            <w:pPr>
              <w:rPr>
                <w:sz w:val="20"/>
                <w:szCs w:val="20"/>
              </w:rPr>
            </w:pPr>
            <w:r w:rsidRPr="00234DCA">
              <w:rPr>
                <w:sz w:val="20"/>
                <w:szCs w:val="20"/>
              </w:rPr>
              <w:t>England</w:t>
            </w:r>
          </w:p>
        </w:tc>
      </w:tr>
      <w:tr w:rsidR="006058B9" w14:paraId="092A5580"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355C7817" w14:textId="77777777" w:rsidR="006058B9" w:rsidRPr="00234DCA" w:rsidRDefault="00234DCA">
            <w:pPr>
              <w:rPr>
                <w:sz w:val="20"/>
                <w:szCs w:val="20"/>
              </w:rPr>
            </w:pPr>
            <w:r w:rsidRPr="00234DCA">
              <w:rPr>
                <w:sz w:val="20"/>
                <w:szCs w:val="20"/>
              </w:rPr>
              <w:t>Gems of Southern England</w:t>
            </w:r>
          </w:p>
        </w:tc>
        <w:tc>
          <w:tcPr>
            <w:tcW w:w="4320" w:type="dxa"/>
            <w:tcBorders>
              <w:top w:val="single" w:sz="8" w:space="0" w:color="00843D"/>
              <w:left w:val="single" w:sz="8" w:space="0" w:color="00843D"/>
              <w:bottom w:val="single" w:sz="8" w:space="0" w:color="00843D"/>
              <w:right w:val="single" w:sz="8" w:space="0" w:color="00843D"/>
            </w:tcBorders>
          </w:tcPr>
          <w:p w14:paraId="3777C76C" w14:textId="77777777" w:rsidR="006058B9" w:rsidRPr="00234DCA" w:rsidRDefault="00234DCA">
            <w:pPr>
              <w:rPr>
                <w:sz w:val="20"/>
                <w:szCs w:val="20"/>
              </w:rPr>
            </w:pPr>
            <w:r w:rsidRPr="00234DCA">
              <w:rPr>
                <w:sz w:val="20"/>
                <w:szCs w:val="20"/>
              </w:rPr>
              <w:t>England</w:t>
            </w:r>
          </w:p>
        </w:tc>
      </w:tr>
      <w:tr w:rsidR="006058B9" w14:paraId="0402ABD4"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381ECC1E" w14:textId="77777777" w:rsidR="006058B9" w:rsidRPr="00234DCA" w:rsidRDefault="00234DCA">
            <w:pPr>
              <w:rPr>
                <w:sz w:val="20"/>
                <w:szCs w:val="20"/>
              </w:rPr>
            </w:pPr>
            <w:r w:rsidRPr="00234DCA">
              <w:rPr>
                <w:sz w:val="20"/>
                <w:szCs w:val="20"/>
              </w:rPr>
              <w:t>Highlights of Britain</w:t>
            </w:r>
          </w:p>
        </w:tc>
        <w:tc>
          <w:tcPr>
            <w:tcW w:w="4320" w:type="dxa"/>
            <w:tcBorders>
              <w:top w:val="single" w:sz="8" w:space="0" w:color="00843D"/>
              <w:left w:val="single" w:sz="8" w:space="0" w:color="00843D"/>
              <w:bottom w:val="single" w:sz="8" w:space="0" w:color="00843D"/>
              <w:right w:val="single" w:sz="8" w:space="0" w:color="00843D"/>
            </w:tcBorders>
          </w:tcPr>
          <w:p w14:paraId="108972B8" w14:textId="77777777" w:rsidR="006058B9" w:rsidRPr="00234DCA" w:rsidRDefault="00234DCA">
            <w:pPr>
              <w:rPr>
                <w:sz w:val="20"/>
                <w:szCs w:val="20"/>
              </w:rPr>
            </w:pPr>
            <w:r w:rsidRPr="00234DCA">
              <w:rPr>
                <w:sz w:val="20"/>
                <w:szCs w:val="20"/>
              </w:rPr>
              <w:t>England, Scotland, Wales</w:t>
            </w:r>
          </w:p>
        </w:tc>
      </w:tr>
      <w:tr w:rsidR="006058B9" w14:paraId="69ADF11C"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75869338" w14:textId="77777777" w:rsidR="006058B9" w:rsidRPr="00234DCA" w:rsidRDefault="00234DCA">
            <w:pPr>
              <w:rPr>
                <w:sz w:val="20"/>
                <w:szCs w:val="20"/>
              </w:rPr>
            </w:pPr>
            <w:r w:rsidRPr="00234DCA">
              <w:rPr>
                <w:sz w:val="20"/>
                <w:szCs w:val="20"/>
              </w:rPr>
              <w:t>Icelandic Explorer</w:t>
            </w:r>
          </w:p>
        </w:tc>
        <w:tc>
          <w:tcPr>
            <w:tcW w:w="4320" w:type="dxa"/>
            <w:tcBorders>
              <w:top w:val="single" w:sz="8" w:space="0" w:color="00843D"/>
              <w:left w:val="single" w:sz="8" w:space="0" w:color="00843D"/>
              <w:bottom w:val="single" w:sz="8" w:space="0" w:color="00843D"/>
              <w:right w:val="single" w:sz="8" w:space="0" w:color="00843D"/>
            </w:tcBorders>
          </w:tcPr>
          <w:p w14:paraId="46CAB5D1" w14:textId="77777777" w:rsidR="006058B9" w:rsidRPr="00234DCA" w:rsidRDefault="00234DCA">
            <w:pPr>
              <w:rPr>
                <w:sz w:val="20"/>
                <w:szCs w:val="20"/>
              </w:rPr>
            </w:pPr>
            <w:r w:rsidRPr="00234DCA">
              <w:rPr>
                <w:sz w:val="20"/>
                <w:szCs w:val="20"/>
              </w:rPr>
              <w:t>Iceland</w:t>
            </w:r>
          </w:p>
        </w:tc>
      </w:tr>
      <w:tr w:rsidR="006058B9" w14:paraId="5C622730"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5107A560" w14:textId="77777777" w:rsidR="006058B9" w:rsidRPr="00234DCA" w:rsidRDefault="00234DCA">
            <w:pPr>
              <w:rPr>
                <w:sz w:val="20"/>
                <w:szCs w:val="20"/>
              </w:rPr>
            </w:pPr>
            <w:r w:rsidRPr="00234DCA">
              <w:rPr>
                <w:sz w:val="20"/>
                <w:szCs w:val="20"/>
              </w:rPr>
              <w:t>Ireland Walking &amp; Hiking: Cork to Kerry</w:t>
            </w:r>
          </w:p>
        </w:tc>
        <w:tc>
          <w:tcPr>
            <w:tcW w:w="4320" w:type="dxa"/>
            <w:tcBorders>
              <w:top w:val="single" w:sz="8" w:space="0" w:color="00843D"/>
              <w:left w:val="single" w:sz="8" w:space="0" w:color="00843D"/>
              <w:bottom w:val="single" w:sz="8" w:space="0" w:color="00843D"/>
              <w:right w:val="single" w:sz="8" w:space="0" w:color="00843D"/>
            </w:tcBorders>
          </w:tcPr>
          <w:p w14:paraId="2D60246D" w14:textId="77777777" w:rsidR="006058B9" w:rsidRPr="00234DCA" w:rsidRDefault="00234DCA">
            <w:pPr>
              <w:rPr>
                <w:sz w:val="20"/>
                <w:szCs w:val="20"/>
              </w:rPr>
            </w:pPr>
            <w:r w:rsidRPr="00234DCA">
              <w:rPr>
                <w:sz w:val="20"/>
                <w:szCs w:val="20"/>
              </w:rPr>
              <w:t>Ireland</w:t>
            </w:r>
          </w:p>
        </w:tc>
      </w:tr>
      <w:tr w:rsidR="006058B9" w14:paraId="62B5F058" w14:textId="77777777" w:rsidTr="00234DCA">
        <w:tc>
          <w:tcPr>
            <w:tcW w:w="4320" w:type="dxa"/>
            <w:tcBorders>
              <w:top w:val="single" w:sz="8" w:space="0" w:color="00843D"/>
              <w:left w:val="single" w:sz="8" w:space="0" w:color="00843D"/>
              <w:bottom w:val="single" w:sz="8" w:space="0" w:color="00843D"/>
              <w:right w:val="single" w:sz="8" w:space="0" w:color="00843D"/>
            </w:tcBorders>
          </w:tcPr>
          <w:p w14:paraId="3C86421E" w14:textId="77777777" w:rsidR="006058B9" w:rsidRPr="00234DCA" w:rsidRDefault="00234DCA">
            <w:pPr>
              <w:rPr>
                <w:sz w:val="20"/>
                <w:szCs w:val="20"/>
              </w:rPr>
            </w:pPr>
            <w:r w:rsidRPr="00234DCA">
              <w:rPr>
                <w:sz w:val="20"/>
                <w:szCs w:val="20"/>
              </w:rPr>
              <w:t>Ireland Walking &amp; Hiking: The Northern Coast</w:t>
            </w:r>
          </w:p>
        </w:tc>
        <w:tc>
          <w:tcPr>
            <w:tcW w:w="4320" w:type="dxa"/>
            <w:tcBorders>
              <w:top w:val="single" w:sz="8" w:space="0" w:color="00843D"/>
              <w:left w:val="single" w:sz="8" w:space="0" w:color="00843D"/>
              <w:bottom w:val="single" w:sz="8" w:space="0" w:color="00843D"/>
              <w:right w:val="single" w:sz="8" w:space="0" w:color="00843D"/>
            </w:tcBorders>
          </w:tcPr>
          <w:p w14:paraId="05A33F09" w14:textId="77777777" w:rsidR="006058B9" w:rsidRPr="00234DCA" w:rsidRDefault="00234DCA">
            <w:pPr>
              <w:rPr>
                <w:sz w:val="20"/>
                <w:szCs w:val="20"/>
              </w:rPr>
            </w:pPr>
            <w:r w:rsidRPr="00234DCA">
              <w:rPr>
                <w:sz w:val="20"/>
                <w:szCs w:val="20"/>
              </w:rPr>
              <w:t>Ireland</w:t>
            </w:r>
          </w:p>
        </w:tc>
      </w:tr>
      <w:tr w:rsidR="006058B9" w14:paraId="0FD7A408" w14:textId="77777777" w:rsidTr="00234DCA">
        <w:tc>
          <w:tcPr>
            <w:tcW w:w="4320" w:type="dxa"/>
            <w:tcBorders>
              <w:top w:val="single" w:sz="8" w:space="0" w:color="00843D"/>
              <w:left w:val="single" w:sz="8" w:space="0" w:color="00843D"/>
              <w:bottom w:val="single" w:sz="8" w:space="0" w:color="00843D"/>
              <w:right w:val="single" w:sz="8" w:space="0" w:color="00843D"/>
            </w:tcBorders>
          </w:tcPr>
          <w:p w14:paraId="78D24305" w14:textId="77777777" w:rsidR="006058B9" w:rsidRPr="00234DCA" w:rsidRDefault="00234DCA">
            <w:pPr>
              <w:rPr>
                <w:sz w:val="20"/>
                <w:szCs w:val="20"/>
              </w:rPr>
            </w:pPr>
            <w:r w:rsidRPr="00234DCA">
              <w:rPr>
                <w:sz w:val="20"/>
                <w:szCs w:val="20"/>
              </w:rPr>
              <w:t>Ireland’s Wild Atlantic Way</w:t>
            </w:r>
          </w:p>
        </w:tc>
        <w:tc>
          <w:tcPr>
            <w:tcW w:w="4320" w:type="dxa"/>
            <w:tcBorders>
              <w:top w:val="single" w:sz="8" w:space="0" w:color="00843D"/>
              <w:left w:val="single" w:sz="8" w:space="0" w:color="00843D"/>
              <w:bottom w:val="single" w:sz="8" w:space="0" w:color="00843D"/>
              <w:right w:val="single" w:sz="8" w:space="0" w:color="00843D"/>
            </w:tcBorders>
          </w:tcPr>
          <w:p w14:paraId="35621BF7" w14:textId="77777777" w:rsidR="006058B9" w:rsidRPr="00234DCA" w:rsidRDefault="00234DCA">
            <w:pPr>
              <w:rPr>
                <w:sz w:val="20"/>
                <w:szCs w:val="20"/>
              </w:rPr>
            </w:pPr>
            <w:r w:rsidRPr="00234DCA">
              <w:rPr>
                <w:sz w:val="20"/>
                <w:szCs w:val="20"/>
              </w:rPr>
              <w:t>Ireland</w:t>
            </w:r>
          </w:p>
        </w:tc>
      </w:tr>
      <w:tr w:rsidR="006058B9" w14:paraId="408FF356"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5EBC7D74" w14:textId="77777777" w:rsidR="006058B9" w:rsidRPr="00234DCA" w:rsidRDefault="00234DCA">
            <w:pPr>
              <w:rPr>
                <w:sz w:val="20"/>
                <w:szCs w:val="20"/>
              </w:rPr>
            </w:pPr>
            <w:r w:rsidRPr="00234DCA">
              <w:rPr>
                <w:sz w:val="20"/>
                <w:szCs w:val="20"/>
              </w:rPr>
              <w:t>Irish Classic</w:t>
            </w:r>
          </w:p>
        </w:tc>
        <w:tc>
          <w:tcPr>
            <w:tcW w:w="4320" w:type="dxa"/>
            <w:tcBorders>
              <w:top w:val="single" w:sz="8" w:space="0" w:color="00843D"/>
              <w:left w:val="single" w:sz="8" w:space="0" w:color="00843D"/>
              <w:bottom w:val="single" w:sz="8" w:space="0" w:color="00843D"/>
              <w:right w:val="single" w:sz="8" w:space="0" w:color="00843D"/>
            </w:tcBorders>
          </w:tcPr>
          <w:p w14:paraId="0025ADFA" w14:textId="77777777" w:rsidR="006058B9" w:rsidRPr="00234DCA" w:rsidRDefault="00234DCA">
            <w:pPr>
              <w:rPr>
                <w:sz w:val="20"/>
                <w:szCs w:val="20"/>
              </w:rPr>
            </w:pPr>
            <w:r w:rsidRPr="00234DCA">
              <w:rPr>
                <w:sz w:val="20"/>
                <w:szCs w:val="20"/>
              </w:rPr>
              <w:t>Ireland</w:t>
            </w:r>
          </w:p>
        </w:tc>
      </w:tr>
      <w:tr w:rsidR="006058B9" w14:paraId="26DDD811"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6D7707D4" w14:textId="77777777" w:rsidR="006058B9" w:rsidRPr="00234DCA" w:rsidRDefault="00234DCA">
            <w:pPr>
              <w:rPr>
                <w:sz w:val="20"/>
                <w:szCs w:val="20"/>
              </w:rPr>
            </w:pPr>
            <w:r w:rsidRPr="00234DCA">
              <w:rPr>
                <w:sz w:val="20"/>
                <w:szCs w:val="20"/>
              </w:rPr>
              <w:t>Irish Legends</w:t>
            </w:r>
          </w:p>
        </w:tc>
        <w:tc>
          <w:tcPr>
            <w:tcW w:w="4320" w:type="dxa"/>
            <w:tcBorders>
              <w:top w:val="single" w:sz="8" w:space="0" w:color="00843D"/>
              <w:left w:val="single" w:sz="8" w:space="0" w:color="00843D"/>
              <w:bottom w:val="single" w:sz="8" w:space="0" w:color="00843D"/>
              <w:right w:val="single" w:sz="8" w:space="0" w:color="00843D"/>
            </w:tcBorders>
          </w:tcPr>
          <w:p w14:paraId="0A743339" w14:textId="77777777" w:rsidR="006058B9" w:rsidRPr="00234DCA" w:rsidRDefault="00234DCA">
            <w:pPr>
              <w:rPr>
                <w:sz w:val="20"/>
                <w:szCs w:val="20"/>
              </w:rPr>
            </w:pPr>
            <w:r w:rsidRPr="00234DCA">
              <w:rPr>
                <w:sz w:val="20"/>
                <w:szCs w:val="20"/>
              </w:rPr>
              <w:t>Ireland</w:t>
            </w:r>
          </w:p>
        </w:tc>
      </w:tr>
      <w:tr w:rsidR="006058B9" w14:paraId="536AC09D"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27B6CD28" w14:textId="77777777" w:rsidR="006058B9" w:rsidRPr="00234DCA" w:rsidRDefault="00234DCA">
            <w:pPr>
              <w:rPr>
                <w:sz w:val="20"/>
                <w:szCs w:val="20"/>
              </w:rPr>
            </w:pPr>
            <w:r w:rsidRPr="00234DCA">
              <w:rPr>
                <w:sz w:val="20"/>
                <w:szCs w:val="20"/>
              </w:rPr>
              <w:t>Irish Odyssey</w:t>
            </w:r>
          </w:p>
        </w:tc>
        <w:tc>
          <w:tcPr>
            <w:tcW w:w="4320" w:type="dxa"/>
            <w:tcBorders>
              <w:top w:val="single" w:sz="8" w:space="0" w:color="00843D"/>
              <w:left w:val="single" w:sz="8" w:space="0" w:color="00843D"/>
              <w:bottom w:val="single" w:sz="8" w:space="0" w:color="00843D"/>
              <w:right w:val="single" w:sz="8" w:space="0" w:color="00843D"/>
            </w:tcBorders>
          </w:tcPr>
          <w:p w14:paraId="2AE94E3A" w14:textId="77777777" w:rsidR="006058B9" w:rsidRPr="00234DCA" w:rsidRDefault="00234DCA">
            <w:pPr>
              <w:rPr>
                <w:sz w:val="20"/>
                <w:szCs w:val="20"/>
              </w:rPr>
            </w:pPr>
            <w:r w:rsidRPr="00234DCA">
              <w:rPr>
                <w:sz w:val="20"/>
                <w:szCs w:val="20"/>
              </w:rPr>
              <w:t>Ireland</w:t>
            </w:r>
          </w:p>
        </w:tc>
      </w:tr>
      <w:tr w:rsidR="006058B9" w14:paraId="3589A0C2"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416C340E" w14:textId="77777777" w:rsidR="006058B9" w:rsidRPr="00234DCA" w:rsidRDefault="00234DCA">
            <w:pPr>
              <w:rPr>
                <w:sz w:val="20"/>
                <w:szCs w:val="20"/>
              </w:rPr>
            </w:pPr>
            <w:r w:rsidRPr="00234DCA">
              <w:rPr>
                <w:sz w:val="20"/>
                <w:szCs w:val="20"/>
              </w:rPr>
              <w:t>Irish Spirit</w:t>
            </w:r>
          </w:p>
        </w:tc>
        <w:tc>
          <w:tcPr>
            <w:tcW w:w="4320" w:type="dxa"/>
            <w:tcBorders>
              <w:top w:val="single" w:sz="8" w:space="0" w:color="00843D"/>
              <w:left w:val="single" w:sz="8" w:space="0" w:color="00843D"/>
              <w:bottom w:val="single" w:sz="8" w:space="0" w:color="00843D"/>
              <w:right w:val="single" w:sz="8" w:space="0" w:color="00843D"/>
            </w:tcBorders>
          </w:tcPr>
          <w:p w14:paraId="6F15E1F0" w14:textId="77777777" w:rsidR="006058B9" w:rsidRPr="00234DCA" w:rsidRDefault="00234DCA">
            <w:pPr>
              <w:rPr>
                <w:sz w:val="20"/>
                <w:szCs w:val="20"/>
              </w:rPr>
            </w:pPr>
            <w:r w:rsidRPr="00234DCA">
              <w:rPr>
                <w:sz w:val="20"/>
                <w:szCs w:val="20"/>
              </w:rPr>
              <w:t>Ireland</w:t>
            </w:r>
          </w:p>
        </w:tc>
      </w:tr>
      <w:tr w:rsidR="006058B9" w14:paraId="63643651"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7BE913F4" w14:textId="77777777" w:rsidR="006058B9" w:rsidRPr="00234DCA" w:rsidRDefault="00234DCA">
            <w:pPr>
              <w:rPr>
                <w:sz w:val="20"/>
                <w:szCs w:val="20"/>
              </w:rPr>
            </w:pPr>
            <w:r w:rsidRPr="00234DCA">
              <w:rPr>
                <w:sz w:val="20"/>
                <w:szCs w:val="20"/>
              </w:rPr>
              <w:t>Irish Supreme</w:t>
            </w:r>
          </w:p>
        </w:tc>
        <w:tc>
          <w:tcPr>
            <w:tcW w:w="4320" w:type="dxa"/>
            <w:tcBorders>
              <w:top w:val="single" w:sz="8" w:space="0" w:color="00843D"/>
              <w:left w:val="single" w:sz="8" w:space="0" w:color="00843D"/>
              <w:bottom w:val="single" w:sz="8" w:space="0" w:color="00843D"/>
              <w:right w:val="single" w:sz="8" w:space="0" w:color="00843D"/>
            </w:tcBorders>
          </w:tcPr>
          <w:p w14:paraId="37AF83E8" w14:textId="77777777" w:rsidR="006058B9" w:rsidRPr="00234DCA" w:rsidRDefault="00234DCA">
            <w:pPr>
              <w:rPr>
                <w:sz w:val="20"/>
                <w:szCs w:val="20"/>
              </w:rPr>
            </w:pPr>
            <w:r w:rsidRPr="00234DCA">
              <w:rPr>
                <w:sz w:val="20"/>
                <w:szCs w:val="20"/>
              </w:rPr>
              <w:t>Ireland</w:t>
            </w:r>
          </w:p>
        </w:tc>
      </w:tr>
      <w:tr w:rsidR="006058B9" w14:paraId="01F48074"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1684B5DE" w14:textId="77777777" w:rsidR="006058B9" w:rsidRPr="00234DCA" w:rsidRDefault="00234DCA">
            <w:pPr>
              <w:rPr>
                <w:sz w:val="20"/>
                <w:szCs w:val="20"/>
              </w:rPr>
            </w:pPr>
            <w:r w:rsidRPr="00234DCA">
              <w:rPr>
                <w:sz w:val="20"/>
                <w:szCs w:val="20"/>
              </w:rPr>
              <w:t>Jewels of Ireland</w:t>
            </w:r>
          </w:p>
        </w:tc>
        <w:tc>
          <w:tcPr>
            <w:tcW w:w="4320" w:type="dxa"/>
            <w:tcBorders>
              <w:top w:val="single" w:sz="8" w:space="0" w:color="00843D"/>
              <w:left w:val="single" w:sz="8" w:space="0" w:color="00843D"/>
              <w:bottom w:val="single" w:sz="8" w:space="0" w:color="00843D"/>
              <w:right w:val="single" w:sz="8" w:space="0" w:color="00843D"/>
            </w:tcBorders>
          </w:tcPr>
          <w:p w14:paraId="7C41C376" w14:textId="77777777" w:rsidR="006058B9" w:rsidRPr="00234DCA" w:rsidRDefault="00234DCA">
            <w:pPr>
              <w:rPr>
                <w:sz w:val="20"/>
                <w:szCs w:val="20"/>
              </w:rPr>
            </w:pPr>
            <w:r w:rsidRPr="00234DCA">
              <w:rPr>
                <w:sz w:val="20"/>
                <w:szCs w:val="20"/>
              </w:rPr>
              <w:t>Ireland</w:t>
            </w:r>
          </w:p>
        </w:tc>
      </w:tr>
      <w:tr w:rsidR="006058B9" w14:paraId="4A2C81BF"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1BF09BEA" w14:textId="77777777" w:rsidR="006058B9" w:rsidRPr="00234DCA" w:rsidRDefault="00234DCA">
            <w:pPr>
              <w:rPr>
                <w:sz w:val="20"/>
                <w:szCs w:val="20"/>
              </w:rPr>
            </w:pPr>
            <w:r w:rsidRPr="00234DCA">
              <w:rPr>
                <w:sz w:val="20"/>
                <w:szCs w:val="20"/>
              </w:rPr>
              <w:t>Northern Lights: Quest of Iceland</w:t>
            </w:r>
          </w:p>
        </w:tc>
        <w:tc>
          <w:tcPr>
            <w:tcW w:w="4320" w:type="dxa"/>
            <w:tcBorders>
              <w:top w:val="single" w:sz="8" w:space="0" w:color="00843D"/>
              <w:left w:val="single" w:sz="8" w:space="0" w:color="00843D"/>
              <w:bottom w:val="single" w:sz="8" w:space="0" w:color="00843D"/>
              <w:right w:val="single" w:sz="8" w:space="0" w:color="00843D"/>
            </w:tcBorders>
          </w:tcPr>
          <w:p w14:paraId="789A1535" w14:textId="77777777" w:rsidR="006058B9" w:rsidRPr="00234DCA" w:rsidRDefault="00234DCA">
            <w:pPr>
              <w:rPr>
                <w:sz w:val="20"/>
                <w:szCs w:val="20"/>
              </w:rPr>
            </w:pPr>
            <w:r w:rsidRPr="00234DCA">
              <w:rPr>
                <w:sz w:val="20"/>
                <w:szCs w:val="20"/>
              </w:rPr>
              <w:t>Iceland</w:t>
            </w:r>
          </w:p>
        </w:tc>
      </w:tr>
      <w:tr w:rsidR="006058B9" w14:paraId="6E6CA2AA"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287A6104" w14:textId="77777777" w:rsidR="006058B9" w:rsidRPr="00234DCA" w:rsidRDefault="00234DCA">
            <w:pPr>
              <w:rPr>
                <w:sz w:val="20"/>
                <w:szCs w:val="20"/>
              </w:rPr>
            </w:pPr>
            <w:r w:rsidRPr="00234DCA">
              <w:rPr>
                <w:sz w:val="20"/>
                <w:szCs w:val="20"/>
              </w:rPr>
              <w:t>Scottish Clans &amp; Castles</w:t>
            </w:r>
          </w:p>
        </w:tc>
        <w:tc>
          <w:tcPr>
            <w:tcW w:w="4320" w:type="dxa"/>
            <w:tcBorders>
              <w:top w:val="single" w:sz="8" w:space="0" w:color="00843D"/>
              <w:left w:val="single" w:sz="8" w:space="0" w:color="00843D"/>
              <w:bottom w:val="single" w:sz="8" w:space="0" w:color="00843D"/>
              <w:right w:val="single" w:sz="8" w:space="0" w:color="00843D"/>
            </w:tcBorders>
          </w:tcPr>
          <w:p w14:paraId="79E8AE1E" w14:textId="77777777" w:rsidR="006058B9" w:rsidRPr="00234DCA" w:rsidRDefault="00234DCA">
            <w:pPr>
              <w:rPr>
                <w:sz w:val="20"/>
                <w:szCs w:val="20"/>
              </w:rPr>
            </w:pPr>
            <w:r w:rsidRPr="00234DCA">
              <w:rPr>
                <w:sz w:val="20"/>
                <w:szCs w:val="20"/>
              </w:rPr>
              <w:t>Scotland</w:t>
            </w:r>
          </w:p>
        </w:tc>
      </w:tr>
      <w:tr w:rsidR="006058B9" w14:paraId="2B2B4CFE"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58A95801" w14:textId="77777777" w:rsidR="006058B9" w:rsidRPr="00234DCA" w:rsidRDefault="00234DCA">
            <w:pPr>
              <w:rPr>
                <w:sz w:val="20"/>
                <w:szCs w:val="20"/>
              </w:rPr>
            </w:pPr>
            <w:r w:rsidRPr="00234DCA">
              <w:rPr>
                <w:sz w:val="20"/>
                <w:szCs w:val="20"/>
              </w:rPr>
              <w:t>Scottish Isles &amp; Glens</w:t>
            </w:r>
          </w:p>
        </w:tc>
        <w:tc>
          <w:tcPr>
            <w:tcW w:w="4320" w:type="dxa"/>
            <w:tcBorders>
              <w:top w:val="single" w:sz="8" w:space="0" w:color="00843D"/>
              <w:left w:val="single" w:sz="8" w:space="0" w:color="00843D"/>
              <w:bottom w:val="single" w:sz="8" w:space="0" w:color="00843D"/>
              <w:right w:val="single" w:sz="8" w:space="0" w:color="00843D"/>
            </w:tcBorders>
          </w:tcPr>
          <w:p w14:paraId="73A20F21" w14:textId="77777777" w:rsidR="006058B9" w:rsidRPr="00234DCA" w:rsidRDefault="00234DCA">
            <w:pPr>
              <w:rPr>
                <w:sz w:val="20"/>
                <w:szCs w:val="20"/>
              </w:rPr>
            </w:pPr>
            <w:r w:rsidRPr="00234DCA">
              <w:rPr>
                <w:sz w:val="20"/>
                <w:szCs w:val="20"/>
              </w:rPr>
              <w:t>Scotland</w:t>
            </w:r>
          </w:p>
        </w:tc>
      </w:tr>
      <w:tr w:rsidR="006058B9" w14:paraId="1F2E4C11"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3735643F" w14:textId="77777777" w:rsidR="006058B9" w:rsidRPr="00234DCA" w:rsidRDefault="00234DCA">
            <w:pPr>
              <w:rPr>
                <w:sz w:val="20"/>
                <w:szCs w:val="20"/>
              </w:rPr>
            </w:pPr>
            <w:r w:rsidRPr="00234DCA">
              <w:rPr>
                <w:sz w:val="20"/>
                <w:szCs w:val="20"/>
              </w:rPr>
              <w:t>Taste of Britain &amp; Ireland</w:t>
            </w:r>
          </w:p>
        </w:tc>
        <w:tc>
          <w:tcPr>
            <w:tcW w:w="4320" w:type="dxa"/>
            <w:tcBorders>
              <w:top w:val="single" w:sz="8" w:space="0" w:color="00843D"/>
              <w:left w:val="single" w:sz="8" w:space="0" w:color="00843D"/>
              <w:bottom w:val="single" w:sz="8" w:space="0" w:color="00843D"/>
              <w:right w:val="single" w:sz="8" w:space="0" w:color="00843D"/>
            </w:tcBorders>
          </w:tcPr>
          <w:p w14:paraId="165392AA" w14:textId="5C41CF3E" w:rsidR="006058B9" w:rsidRPr="00234DCA" w:rsidRDefault="00234DCA">
            <w:pPr>
              <w:rPr>
                <w:sz w:val="20"/>
                <w:szCs w:val="20"/>
              </w:rPr>
            </w:pPr>
            <w:r w:rsidRPr="00234DCA">
              <w:rPr>
                <w:sz w:val="20"/>
                <w:szCs w:val="20"/>
              </w:rPr>
              <w:t>England, Scotland, Ireland</w:t>
            </w:r>
          </w:p>
        </w:tc>
      </w:tr>
      <w:tr w:rsidR="006058B9" w14:paraId="788E4823"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4E28E684" w14:textId="77777777" w:rsidR="006058B9" w:rsidRPr="00234DCA" w:rsidRDefault="00234DCA">
            <w:pPr>
              <w:rPr>
                <w:sz w:val="20"/>
                <w:szCs w:val="20"/>
              </w:rPr>
            </w:pPr>
            <w:r w:rsidRPr="00234DCA">
              <w:rPr>
                <w:sz w:val="20"/>
                <w:szCs w:val="20"/>
              </w:rPr>
              <w:t>Taste of Iceland</w:t>
            </w:r>
          </w:p>
        </w:tc>
        <w:tc>
          <w:tcPr>
            <w:tcW w:w="4320" w:type="dxa"/>
            <w:tcBorders>
              <w:top w:val="single" w:sz="8" w:space="0" w:color="00843D"/>
              <w:left w:val="single" w:sz="8" w:space="0" w:color="00843D"/>
              <w:bottom w:val="single" w:sz="8" w:space="0" w:color="00843D"/>
              <w:right w:val="single" w:sz="8" w:space="0" w:color="00843D"/>
            </w:tcBorders>
          </w:tcPr>
          <w:p w14:paraId="12203497" w14:textId="77777777" w:rsidR="006058B9" w:rsidRPr="00234DCA" w:rsidRDefault="00234DCA">
            <w:pPr>
              <w:rPr>
                <w:sz w:val="20"/>
                <w:szCs w:val="20"/>
              </w:rPr>
            </w:pPr>
            <w:r w:rsidRPr="00234DCA">
              <w:rPr>
                <w:sz w:val="20"/>
                <w:szCs w:val="20"/>
              </w:rPr>
              <w:t>Iceland</w:t>
            </w:r>
          </w:p>
        </w:tc>
      </w:tr>
      <w:tr w:rsidR="006058B9" w14:paraId="6EEEB7EA"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05726B44" w14:textId="77777777" w:rsidR="006058B9" w:rsidRPr="00234DCA" w:rsidRDefault="00234DCA">
            <w:pPr>
              <w:rPr>
                <w:sz w:val="20"/>
                <w:szCs w:val="20"/>
              </w:rPr>
            </w:pPr>
            <w:r w:rsidRPr="00234DCA">
              <w:rPr>
                <w:sz w:val="20"/>
                <w:szCs w:val="20"/>
              </w:rPr>
              <w:t>Taste of Scotland &amp; Ireland</w:t>
            </w:r>
          </w:p>
        </w:tc>
        <w:tc>
          <w:tcPr>
            <w:tcW w:w="4320" w:type="dxa"/>
            <w:tcBorders>
              <w:top w:val="single" w:sz="8" w:space="0" w:color="00843D"/>
              <w:left w:val="single" w:sz="8" w:space="0" w:color="00843D"/>
              <w:bottom w:val="single" w:sz="8" w:space="0" w:color="00843D"/>
              <w:right w:val="single" w:sz="8" w:space="0" w:color="00843D"/>
            </w:tcBorders>
          </w:tcPr>
          <w:p w14:paraId="1189CF9F" w14:textId="77777777" w:rsidR="006058B9" w:rsidRPr="00234DCA" w:rsidRDefault="00234DCA">
            <w:pPr>
              <w:rPr>
                <w:sz w:val="20"/>
                <w:szCs w:val="20"/>
              </w:rPr>
            </w:pPr>
            <w:r w:rsidRPr="00234DCA">
              <w:rPr>
                <w:sz w:val="20"/>
                <w:szCs w:val="20"/>
              </w:rPr>
              <w:t>Scotland, Ireland</w:t>
            </w:r>
          </w:p>
        </w:tc>
      </w:tr>
      <w:tr w:rsidR="006058B9" w14:paraId="7862B060" w14:textId="77777777" w:rsidTr="00687C4C">
        <w:tc>
          <w:tcPr>
            <w:tcW w:w="4320" w:type="dxa"/>
            <w:tcBorders>
              <w:top w:val="single" w:sz="8" w:space="0" w:color="00843D"/>
              <w:left w:val="single" w:sz="8" w:space="0" w:color="00843D"/>
              <w:bottom w:val="single" w:sz="8" w:space="0" w:color="00843D"/>
              <w:right w:val="single" w:sz="8" w:space="0" w:color="00843D"/>
            </w:tcBorders>
          </w:tcPr>
          <w:p w14:paraId="57126BD7" w14:textId="77777777" w:rsidR="006058B9" w:rsidRPr="00234DCA" w:rsidRDefault="00234DCA">
            <w:pPr>
              <w:rPr>
                <w:sz w:val="20"/>
                <w:szCs w:val="20"/>
              </w:rPr>
            </w:pPr>
            <w:r w:rsidRPr="00234DCA">
              <w:rPr>
                <w:sz w:val="20"/>
                <w:szCs w:val="20"/>
              </w:rPr>
              <w:t>The Scots Irish Tour</w:t>
            </w:r>
          </w:p>
        </w:tc>
        <w:tc>
          <w:tcPr>
            <w:tcW w:w="4320" w:type="dxa"/>
            <w:tcBorders>
              <w:top w:val="single" w:sz="8" w:space="0" w:color="00843D"/>
              <w:left w:val="single" w:sz="8" w:space="0" w:color="00843D"/>
              <w:bottom w:val="single" w:sz="8" w:space="0" w:color="00843D"/>
              <w:right w:val="single" w:sz="8" w:space="0" w:color="00843D"/>
            </w:tcBorders>
          </w:tcPr>
          <w:p w14:paraId="78BFFD3B" w14:textId="77777777" w:rsidR="006058B9" w:rsidRPr="00234DCA" w:rsidRDefault="00234DCA">
            <w:pPr>
              <w:rPr>
                <w:sz w:val="20"/>
                <w:szCs w:val="20"/>
              </w:rPr>
            </w:pPr>
            <w:r w:rsidRPr="00234DCA">
              <w:rPr>
                <w:sz w:val="20"/>
                <w:szCs w:val="20"/>
              </w:rPr>
              <w:t>Scotland, Ireland</w:t>
            </w:r>
          </w:p>
        </w:tc>
      </w:tr>
    </w:tbl>
    <w:p w14:paraId="7D153B19" w14:textId="289522A2" w:rsidR="006058B9" w:rsidRDefault="0068441D">
      <w:pPr>
        <w:pStyle w:val="Heading2"/>
      </w:pPr>
      <w:r>
        <w:rPr>
          <w:color w:val="00843D"/>
        </w:rPr>
        <w:t xml:space="preserve">Eligible </w:t>
      </w:r>
      <w:r w:rsidR="00234DCA">
        <w:rPr>
          <w:color w:val="00843D"/>
        </w:rPr>
        <w:t>Custom Private Driver Vacations</w:t>
      </w:r>
    </w:p>
    <w:p w14:paraId="32892166" w14:textId="0824B694" w:rsidR="006058B9" w:rsidRPr="0068441D" w:rsidRDefault="00234DCA" w:rsidP="00286FC5">
      <w:r w:rsidRPr="0068441D">
        <w:t>•</w:t>
      </w:r>
      <w:r w:rsidR="00286FC5" w:rsidRPr="0068441D">
        <w:t xml:space="preserve"> Available in Ireland, Scotland, England, Iceland, Italy</w:t>
      </w:r>
      <w:r w:rsidR="0068441D">
        <w:t xml:space="preserve"> based on air availability</w:t>
      </w:r>
      <w:r w:rsidRPr="0068441D">
        <w:br/>
        <w:t>• Minimum land spend: $4,000 per person (based on two passengers traveling together)</w:t>
      </w:r>
    </w:p>
    <w:p w14:paraId="44E34E0C" w14:textId="330783DC" w:rsidR="006058B9" w:rsidRDefault="00687C4C">
      <w:pPr>
        <w:pStyle w:val="Heading2"/>
      </w:pPr>
      <w:r>
        <w:rPr>
          <w:color w:val="00843D"/>
        </w:rPr>
        <w:t xml:space="preserve">Editable </w:t>
      </w:r>
      <w:r w:rsidR="00234DCA">
        <w:rPr>
          <w:color w:val="00843D"/>
        </w:rPr>
        <w:t>Flyers</w:t>
      </w:r>
      <w:r>
        <w:rPr>
          <w:color w:val="00843D"/>
        </w:rPr>
        <w:t xml:space="preserve"> for Advisors to Share</w:t>
      </w:r>
    </w:p>
    <w:p w14:paraId="5F3605B6" w14:textId="326EA9A9" w:rsidR="006058B9" w:rsidRDefault="00234DCA">
      <w:r w:rsidRPr="0068441D">
        <w:t>US:</w:t>
      </w:r>
      <w:r w:rsidR="00687C4C" w:rsidRPr="0068441D">
        <w:t xml:space="preserve"> </w:t>
      </w:r>
      <w:hyperlink r:id="rId10" w:history="1">
        <w:r w:rsidR="00687C4C" w:rsidRPr="00687C4C">
          <w:rPr>
            <w:rStyle w:val="Hyperlink"/>
          </w:rPr>
          <w:t>https://cietours.widen.net/s/tcpxhgjp7d</w:t>
        </w:r>
      </w:hyperlink>
      <w:r>
        <w:rPr>
          <w:color w:val="00843D"/>
        </w:rPr>
        <w:br/>
      </w:r>
      <w:r w:rsidRPr="0068441D">
        <w:t>Canada:</w:t>
      </w:r>
      <w:r w:rsidR="00687C4C" w:rsidRPr="0068441D">
        <w:t xml:space="preserve"> </w:t>
      </w:r>
      <w:hyperlink r:id="rId11" w:history="1">
        <w:r w:rsidR="00687C4C" w:rsidRPr="00452730">
          <w:rPr>
            <w:rStyle w:val="Hyperlink"/>
          </w:rPr>
          <w:t>https://cietours.widen.net/s/ss8gvnx2vh</w:t>
        </w:r>
      </w:hyperlink>
    </w:p>
    <w:p w14:paraId="61A6FC5B" w14:textId="32152B82" w:rsidR="00687C4C" w:rsidRDefault="00687C4C" w:rsidP="00687C4C">
      <w:pPr>
        <w:pStyle w:val="Heading2"/>
      </w:pPr>
      <w:r>
        <w:rPr>
          <w:color w:val="00843D"/>
        </w:rPr>
        <w:t>Expanded Marketing Tools (including B2B flyers, social posts, and videos)</w:t>
      </w:r>
    </w:p>
    <w:p w14:paraId="5E2C20B9" w14:textId="77777777" w:rsidR="00687C4C" w:rsidRDefault="00687C4C" w:rsidP="00687C4C">
      <w:hyperlink r:id="rId12" w:anchor="414a8cf0-29d7-47db-8df1-de878b71cef7">
        <w:r w:rsidRPr="49E276E4">
          <w:rPr>
            <w:rStyle w:val="Hyperlink"/>
          </w:rPr>
          <w:t>CIE Tours Travel Agent Marketing Resource Center</w:t>
        </w:r>
      </w:hyperlink>
    </w:p>
    <w:p w14:paraId="787E6354" w14:textId="3C9F554F" w:rsidR="49E276E4" w:rsidRDefault="5405B919">
      <w:r>
        <w:rPr>
          <w:noProof/>
        </w:rPr>
        <w:drawing>
          <wp:inline distT="0" distB="0" distL="0" distR="0" wp14:anchorId="5E68613F" wp14:editId="6634C7CE">
            <wp:extent cx="4033049" cy="1057275"/>
            <wp:effectExtent l="0" t="0" r="0" b="0"/>
            <wp:docPr id="2068524212" name="drawing">
              <a:extLst xmlns:a="http://schemas.openxmlformats.org/drawingml/2006/main">
                <a:ext uri="{FF2B5EF4-FFF2-40B4-BE49-F238E27FC236}">
                  <a16:creationId xmlns:a16="http://schemas.microsoft.com/office/drawing/2014/main" id="{3D796012-EC8C-4E36-8903-09C7254A8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24212" name="Picture 2068524212"/>
                    <pic:cNvPicPr/>
                  </pic:nvPicPr>
                  <pic:blipFill>
                    <a:blip r:embed="rId13">
                      <a:extLst>
                        <a:ext uri="{28A0092B-C50C-407E-A947-70E740481C1C}">
                          <a14:useLocalDpi xmlns:a14="http://schemas.microsoft.com/office/drawing/2010/main"/>
                        </a:ext>
                      </a:extLst>
                    </a:blip>
                    <a:stretch>
                      <a:fillRect/>
                    </a:stretch>
                  </pic:blipFill>
                  <pic:spPr>
                    <a:xfrm>
                      <a:off x="0" y="0"/>
                      <a:ext cx="4033049" cy="1057275"/>
                    </a:xfrm>
                    <a:prstGeom prst="rect">
                      <a:avLst/>
                    </a:prstGeom>
                  </pic:spPr>
                </pic:pic>
              </a:graphicData>
            </a:graphic>
          </wp:inline>
        </w:drawing>
      </w:r>
    </w:p>
    <w:p w14:paraId="368611C7" w14:textId="77777777" w:rsidR="006058B9" w:rsidRDefault="00234DCA">
      <w:pPr>
        <w:pStyle w:val="Heading2"/>
      </w:pPr>
      <w:r>
        <w:rPr>
          <w:color w:val="00843D"/>
        </w:rPr>
        <w:t>Promo Pages</w:t>
      </w:r>
    </w:p>
    <w:p w14:paraId="5064C008" w14:textId="2CDAF093" w:rsidR="006058B9" w:rsidRDefault="00234DCA">
      <w:r>
        <w:t xml:space="preserve">US: </w:t>
      </w:r>
      <w:hyperlink r:id="rId14">
        <w:r w:rsidRPr="5462B358">
          <w:rPr>
            <w:rStyle w:val="Hyperlink"/>
          </w:rPr>
          <w:t>https://www.cietours.com/offers/2-1-airfare</w:t>
        </w:r>
      </w:hyperlink>
      <w:r>
        <w:br/>
        <w:t xml:space="preserve">CA: </w:t>
      </w:r>
      <w:hyperlink r:id="rId15">
        <w:r w:rsidRPr="5462B358">
          <w:rPr>
            <w:rStyle w:val="Hyperlink"/>
          </w:rPr>
          <w:t>https://www.cietours.com/en-ca/offers/2-1-airfare</w:t>
        </w:r>
      </w:hyperlink>
    </w:p>
    <w:p w14:paraId="57A2DB1D" w14:textId="45135A3F" w:rsidR="5462B358" w:rsidRDefault="5462B358"/>
    <w:p w14:paraId="6FF11556" w14:textId="42961D25" w:rsidR="006058B9" w:rsidRPr="0068441D" w:rsidRDefault="00234DCA">
      <w:pPr>
        <w:pStyle w:val="Heading2"/>
        <w:rPr>
          <w:color w:val="auto"/>
        </w:rPr>
      </w:pPr>
      <w:r w:rsidRPr="0068441D">
        <w:rPr>
          <w:color w:val="auto"/>
        </w:rPr>
        <w:t>Full Terms &amp; Conditions</w:t>
      </w:r>
    </w:p>
    <w:p w14:paraId="22BC159C" w14:textId="4B924908" w:rsidR="00687C4C" w:rsidRPr="0068441D" w:rsidRDefault="00687C4C" w:rsidP="625FEAAB">
      <w:r w:rsidRPr="0068441D">
        <w:t>*2 for 1 Airfare Terms and Conditions: Call 1-800-243-8687 or contact your travel agent and mention promo code 2FOR1126 for airfare offer. When purchasing one economy class airline ticket, get a second ticket on the same flight in the same class of service including all taxes/fees, with the booking of select tours to Dublin, Shannon, Edinburgh, London, Reykjavik, Madrid, Barcelona, and Palermo from most U.S. and select Canadian gateways for bookings made 1/2/26–1/30/26 for travel between 1</w:t>
      </w:r>
      <w:r>
        <w:t>/</w:t>
      </w:r>
      <w:r w:rsidR="3FC64D32">
        <w:t>2</w:t>
      </w:r>
      <w:r>
        <w:t>/</w:t>
      </w:r>
      <w:r w:rsidRPr="0068441D">
        <w:t>26–12/</w:t>
      </w:r>
      <w:r>
        <w:t>31</w:t>
      </w:r>
      <w:r w:rsidR="65D6FE9B">
        <w:t>/</w:t>
      </w:r>
      <w:r>
        <w:t>26.</w:t>
      </w:r>
      <w:r w:rsidRPr="0068441D">
        <w:t> Maximum savings for the second ticket vary based on travel date, carrier, class of service and departure airport. Seats are limited and subject to airline capacity control. Offer may not be available on desired travel dates or from desired gateways, in which case other companion airline ticket promotions and savings may be available. Offer only valid in conjunction with the following select 2026 CIE Tours itineraries:</w:t>
      </w:r>
      <w:r w:rsidRPr="625FEAAB">
        <w:rPr>
          <w:b/>
          <w:bCs/>
        </w:rPr>
        <w:t> </w:t>
      </w:r>
      <w:r w:rsidRPr="0068441D">
        <w:t>Best of Britain, Best of Ireland South, Best of Spain, Classic Sicily, English Odyssey, Gems of Northern England, Gems of Southern England, Highlights of Britain, Icelandic Explorer, Ireland Walking &amp; Hiking: Cork to Kerry, Ireland Walking &amp; Hiking: The Northern Coast, Ireland's Wild Atlantic Way, Irish Classic, Irish Legends, Irish Odyssey, Irish Spirit, Irish Supreme, Jewels of Ireland, Northern Lights: Quest of Iceland, Scottish Clans &amp; Castles, Scottish Isles &amp; Glens, Taste of Britain &amp; Ireland, Taste of Iceland, Taste of Scotland &amp; Ireland, The Scots Irish Tour and Custom Private Driver vacations (subject to minimum land spend of $4,000 per person based on two passengers traveling together). Airfares must be purchased through CIE Tours, are non-refundable and non-commissionable, and are subject to airline-imposed change penalties starting from $350 per ticket plus any fare differentials per passenger at re-ticketing. Airfare includes all applicable taxes and carrier-imposed charges. Full payment for airfare is due at time of booking plus a $350 per person non-refundable deposit for the land portion of the vacation within 5 days of making reservation. Additional deposit for Custom Private Driver vacations may be required depending on 3rd party requirements for specialty visits, hotels or destinations. Not all tours, flights or travel dates are eligible for offer. Companion ticket offer subject to qualifying tour criteria and travel periods listed above and cannot be applied toward any other tours, vacations or travel periods. Baggage fees may apply, see </w:t>
      </w:r>
      <w:hyperlink r:id="rId16">
        <w:r w:rsidRPr="78F4A908">
          <w:rPr>
            <w:rStyle w:val="Hyperlink"/>
            <w:color w:val="auto"/>
          </w:rPr>
          <w:t>https://iflybags.com</w:t>
        </w:r>
      </w:hyperlink>
      <w:r>
        <w:t> for details.</w:t>
      </w:r>
      <w:r w:rsidRPr="0068441D">
        <w:t> Offer cannot be combined with any other CIE Tours promotions or discounts except the repeat guest incentive for verified past guests. Offer not available for Groups or self-drive options. Contact the Groups Department at 800-223-6508 for alternative Groups offer. Offer valid on new bookings only, may be withdrawn at any time, and is subject to availability. Other conditions and restrictions may apply. Advertised tour prices are per person, land only, based on double occupancy and vary by departure date. Must call to book, booking not available on cietours.com. CIE Tours standard </w:t>
      </w:r>
      <w:hyperlink r:id="rId17">
        <w:r w:rsidRPr="78F4A908">
          <w:rPr>
            <w:rStyle w:val="Hyperlink"/>
            <w:color w:val="auto"/>
          </w:rPr>
          <w:t>Terms &amp; Conditions</w:t>
        </w:r>
      </w:hyperlink>
      <w:r>
        <w:t> apply. </w:t>
      </w:r>
      <w:r w:rsidRPr="0068441D">
        <w:t>CST#202 1285-50.  </w:t>
      </w:r>
    </w:p>
    <w:p w14:paraId="2495D239" w14:textId="77777777" w:rsidR="00687C4C" w:rsidRPr="0068441D" w:rsidRDefault="00687C4C" w:rsidP="00687C4C">
      <w:r w:rsidRPr="0068441D">
        <w:t>** Complimentary in destination group airport transfers apply when booking air with CIE Tours and traveling on the official start and end dates of your tour. Guests arriving outside these dates or on flights that do not align with scheduled group transfer times may require private transfers at an additional cost. </w:t>
      </w:r>
    </w:p>
    <w:p w14:paraId="010D997F" w14:textId="5D7F776E" w:rsidR="00286FC5" w:rsidRPr="00286FC5" w:rsidRDefault="00687C4C" w:rsidP="00286FC5">
      <w:r w:rsidRPr="00687C4C">
        <w:rPr>
          <w:color w:val="00843D"/>
        </w:rPr>
        <w:t> </w:t>
      </w:r>
    </w:p>
    <w:sectPr w:rsidR="00286FC5" w:rsidRPr="00286FC5" w:rsidSect="00034616">
      <w:pgSz w:w="12240" w:h="15840"/>
      <w:pgMar w:top="72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8DD435D"/>
    <w:multiLevelType w:val="hybridMultilevel"/>
    <w:tmpl w:val="18A0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968928">
    <w:abstractNumId w:val="7"/>
  </w:num>
  <w:num w:numId="2" w16cid:durableId="102725800">
    <w:abstractNumId w:val="6"/>
  </w:num>
  <w:num w:numId="3" w16cid:durableId="128591234">
    <w:abstractNumId w:val="2"/>
  </w:num>
  <w:num w:numId="4" w16cid:durableId="1622689018">
    <w:abstractNumId w:val="1"/>
  </w:num>
  <w:num w:numId="5" w16cid:durableId="1684478174">
    <w:abstractNumId w:val="5"/>
  </w:num>
  <w:num w:numId="6" w16cid:durableId="1685326817">
    <w:abstractNumId w:val="4"/>
  </w:num>
  <w:num w:numId="7" w16cid:durableId="1749032241">
    <w:abstractNumId w:val="0"/>
  </w:num>
  <w:num w:numId="8" w16cid:durableId="1866095351">
    <w:abstractNumId w:val="3"/>
  </w:num>
  <w:num w:numId="9" w16cid:durableId="2127233958">
    <w:abstractNumId w:val="8"/>
  </w:num>
  <w:num w:numId="10" w16cid:durableId="7080740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53C1"/>
    <w:rsid w:val="000A6D11"/>
    <w:rsid w:val="0015074B"/>
    <w:rsid w:val="001F0E83"/>
    <w:rsid w:val="00234DCA"/>
    <w:rsid w:val="00286FC5"/>
    <w:rsid w:val="0029639D"/>
    <w:rsid w:val="00301857"/>
    <w:rsid w:val="00321F67"/>
    <w:rsid w:val="00326F90"/>
    <w:rsid w:val="00332542"/>
    <w:rsid w:val="00471CBC"/>
    <w:rsid w:val="004E73C2"/>
    <w:rsid w:val="00522546"/>
    <w:rsid w:val="00564338"/>
    <w:rsid w:val="006058B9"/>
    <w:rsid w:val="0068441D"/>
    <w:rsid w:val="00687C4C"/>
    <w:rsid w:val="00741F53"/>
    <w:rsid w:val="0077370A"/>
    <w:rsid w:val="007C23C1"/>
    <w:rsid w:val="00834CD9"/>
    <w:rsid w:val="00886B9F"/>
    <w:rsid w:val="008B4ED1"/>
    <w:rsid w:val="00AA1D8D"/>
    <w:rsid w:val="00AD3A77"/>
    <w:rsid w:val="00B47730"/>
    <w:rsid w:val="00C91DEB"/>
    <w:rsid w:val="00CB0664"/>
    <w:rsid w:val="00D050A4"/>
    <w:rsid w:val="00E1187C"/>
    <w:rsid w:val="00E30478"/>
    <w:rsid w:val="00EB3DD2"/>
    <w:rsid w:val="00ED4758"/>
    <w:rsid w:val="00FC693F"/>
    <w:rsid w:val="0E18DEAB"/>
    <w:rsid w:val="0E48189B"/>
    <w:rsid w:val="1A124393"/>
    <w:rsid w:val="20E95EA5"/>
    <w:rsid w:val="2C2C4D71"/>
    <w:rsid w:val="3FC64D32"/>
    <w:rsid w:val="49E276E4"/>
    <w:rsid w:val="50C6FC00"/>
    <w:rsid w:val="5405B919"/>
    <w:rsid w:val="5462B358"/>
    <w:rsid w:val="550C2004"/>
    <w:rsid w:val="55A59DAE"/>
    <w:rsid w:val="5FC7FA5E"/>
    <w:rsid w:val="625FEAAB"/>
    <w:rsid w:val="65D6FE9B"/>
    <w:rsid w:val="6CC7A034"/>
    <w:rsid w:val="6EF31E7E"/>
    <w:rsid w:val="78F4A908"/>
    <w:rsid w:val="7A32FC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1A26B9"/>
  <w14:defaultImageDpi w14:val="300"/>
  <w15:docId w15:val="{B622B992-6B1F-42B2-BF4D-07AEEDA7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9"/>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5"/>
      </w:numPr>
      <w:contextualSpacing/>
    </w:pPr>
  </w:style>
  <w:style w:type="paragraph" w:styleId="ListNumber">
    <w:name w:val="List Number"/>
    <w:basedOn w:val="Normal"/>
    <w:uiPriority w:val="99"/>
    <w:unhideWhenUsed/>
    <w:rsid w:val="00326F90"/>
    <w:pPr>
      <w:numPr>
        <w:numId w:val="1"/>
      </w:numPr>
      <w:contextualSpacing/>
    </w:pPr>
  </w:style>
  <w:style w:type="paragraph" w:styleId="ListNumber2">
    <w:name w:val="List Number 2"/>
    <w:basedOn w:val="Normal"/>
    <w:uiPriority w:val="99"/>
    <w:unhideWhenUsed/>
    <w:rsid w:val="0029639D"/>
    <w:pPr>
      <w:numPr>
        <w:numId w:val="8"/>
      </w:numPr>
      <w:contextualSpacing/>
    </w:pPr>
  </w:style>
  <w:style w:type="paragraph" w:styleId="ListNumber3">
    <w:name w:val="List Number 3"/>
    <w:basedOn w:val="Normal"/>
    <w:uiPriority w:val="99"/>
    <w:unhideWhenUsed/>
    <w:rsid w:val="0029639D"/>
    <w:pPr>
      <w:numPr>
        <w:numId w:val="3"/>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286FC5"/>
    <w:rPr>
      <w:color w:val="0000FF" w:themeColor="hyperlink"/>
      <w:u w:val="single"/>
    </w:rPr>
  </w:style>
  <w:style w:type="character" w:styleId="UnresolvedMention">
    <w:name w:val="Unresolved Mention"/>
    <w:basedOn w:val="DefaultParagraphFont"/>
    <w:uiPriority w:val="99"/>
    <w:semiHidden/>
    <w:unhideWhenUsed/>
    <w:rsid w:val="00286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ietours.widencollective.com/portals/4aixoldf/CIEToursTravelAgentMarketingResourceCenter" TargetMode="External"/><Relationship Id="rId17" Type="http://schemas.openxmlformats.org/officeDocument/2006/relationships/hyperlink" Target="https://www.cietours.com/terms-conditions" TargetMode="External"/><Relationship Id="rId2" Type="http://schemas.openxmlformats.org/officeDocument/2006/relationships/customXml" Target="../customXml/item2.xml"/><Relationship Id="rId16" Type="http://schemas.openxmlformats.org/officeDocument/2006/relationships/hyperlink" Target="https://iflybag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ietours.widen.net/s/ss8gvnx2vh" TargetMode="External"/><Relationship Id="rId5" Type="http://schemas.openxmlformats.org/officeDocument/2006/relationships/styles" Target="styles.xml"/><Relationship Id="rId15" Type="http://schemas.openxmlformats.org/officeDocument/2006/relationships/hyperlink" Target="https://www.cietours.com/en-ca/offers/2-1-airfare" TargetMode="External"/><Relationship Id="rId10" Type="http://schemas.openxmlformats.org/officeDocument/2006/relationships/hyperlink" Target="https://cietours.widen.net/s/tcpxhgjp7d"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privatedriver@cietours.com" TargetMode="External"/><Relationship Id="rId14" Type="http://schemas.openxmlformats.org/officeDocument/2006/relationships/hyperlink" Target="https://www.cietours.com/offers/2-1-airf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endor_x0020_Name xmlns="094817f1-91af-42be-a68f-bfdf80a5fd97" xsi:nil="true"/>
    <makv xmlns="094817f1-91af-42be-a68f-bfdf80a5fd97" xsi:nil="true"/>
    <lcf76f155ced4ddcb4097134ff3c332f xmlns="094817f1-91af-42be-a68f-bfdf80a5fd97">
      <Terms xmlns="http://schemas.microsoft.com/office/infopath/2007/PartnerControls"/>
    </lcf76f155ced4ddcb4097134ff3c332f>
    <TaxCatchAll xmlns="4b1e8309-f385-4d72-9295-fcdf273ed590" xsi:nil="true"/>
    <_Flow_SignoffStatus xmlns="094817f1-91af-42be-a68f-bfdf80a5fd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EB4B97F4456043A36D35C43F3F9C67" ma:contentTypeVersion="22" ma:contentTypeDescription="Create a new document." ma:contentTypeScope="" ma:versionID="a142dc97d58079133be7c8ece7c05c35">
  <xsd:schema xmlns:xsd="http://www.w3.org/2001/XMLSchema" xmlns:xs="http://www.w3.org/2001/XMLSchema" xmlns:p="http://schemas.microsoft.com/office/2006/metadata/properties" xmlns:ns2="4b1e8309-f385-4d72-9295-fcdf273ed590" xmlns:ns3="094817f1-91af-42be-a68f-bfdf80a5fd97" targetNamespace="http://schemas.microsoft.com/office/2006/metadata/properties" ma:root="true" ma:fieldsID="07dd867dcee65abc4974d47de64aaf3a" ns2:_="" ns3:_="">
    <xsd:import namespace="4b1e8309-f385-4d72-9295-fcdf273ed590"/>
    <xsd:import namespace="094817f1-91af-42be-a68f-bfdf80a5fd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Vendor_x0020_Name" minOccurs="0"/>
                <xsd:element ref="ns3:makv" minOccurs="0"/>
                <xsd:element ref="ns3:_Flow_SignoffStatu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e8309-f385-4d72-9295-fcdf273ed59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6" nillable="true" ma:displayName="Taxonomy Catch All Column" ma:hidden="true" ma:list="{ae97baf2-8f66-4b8a-a0b5-e763a0a6ac48}" ma:internalName="TaxCatchAll" ma:showField="CatchAllData" ma:web="4b1e8309-f385-4d72-9295-fcdf273ed5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4817f1-91af-42be-a68f-bfdf80a5fd9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Vendor_x0020_Name" ma:index="16" nillable="true" ma:displayName="Vendor Name" ma:indexed="true" ma:internalName="Vendor_x0020_Name">
      <xsd:simpleType>
        <xsd:restriction base="dms:Text">
          <xsd:maxLength value="255"/>
        </xsd:restriction>
      </xsd:simpleType>
    </xsd:element>
    <xsd:element name="makv" ma:index="17" nillable="true" ma:displayName="Type" ma:internalName="makv">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7167448-7b1b-4fc2-8f45-e44d360ce4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7A5CB3-5A7E-4BA3-879D-66A48C02036C}">
  <ds:schemaRefs>
    <ds:schemaRef ds:uri="http://schemas.microsoft.com/sharepoint/v3/contenttype/forms"/>
  </ds:schemaRefs>
</ds:datastoreItem>
</file>

<file path=customXml/itemProps2.xml><?xml version="1.0" encoding="utf-8"?>
<ds:datastoreItem xmlns:ds="http://schemas.openxmlformats.org/officeDocument/2006/customXml" ds:itemID="{7663DC84-5C5C-43DC-827F-371CFFB6A38D}">
  <ds:schemaRefs>
    <ds:schemaRef ds:uri="http://schemas.microsoft.com/office/2006/metadata/properties"/>
    <ds:schemaRef ds:uri="http://schemas.microsoft.com/office/infopath/2007/PartnerControls"/>
    <ds:schemaRef ds:uri="094817f1-91af-42be-a68f-bfdf80a5fd97"/>
    <ds:schemaRef ds:uri="4b1e8309-f385-4d72-9295-fcdf273ed590"/>
  </ds:schemaRefs>
</ds:datastoreItem>
</file>

<file path=customXml/itemProps3.xml><?xml version="1.0" encoding="utf-8"?>
<ds:datastoreItem xmlns:ds="http://schemas.openxmlformats.org/officeDocument/2006/customXml" ds:itemID="{755F3E26-1C73-43A7-8B33-95BB6365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e8309-f385-4d72-9295-fcdf273ed590"/>
    <ds:schemaRef ds:uri="094817f1-91af-42be-a68f-bfdf80a5f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0</Pages>
  <Words>0</Words>
  <Characters>0</Characters>
  <Application>Microsoft Office Word</Application>
  <DocSecurity>4</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Marilyn Carolan</cp:lastModifiedBy>
  <cp:revision>3</cp:revision>
  <dcterms:created xsi:type="dcterms:W3CDTF">2025-12-11T18:16:00Z</dcterms:created>
  <dcterms:modified xsi:type="dcterms:W3CDTF">2025-12-11T18:45:00Z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0x010100C1EB4B97F4456043A36D35C43F3F9C67</vt:lpwstr>
  </property>
  <property fmtid="{D5CDD505-2E9C-101B-9397-08002B2CF9AE}" pid="3" name="MediaServiceImageTags">
    <vt:lpwstr/>
  </property>
</Properties>
</file>